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EMAIL TO SEND — Bramhall High School (covers Kira AND Ariya in one letter)</w:t>
      </w:r>
    </w:p>
    <w:p/>
    <w:p>
      <w:r>
        <w:t>Send from your own email address. Fill the [ ] and delete nothing else.</w:t>
      </w:r>
    </w:p>
    <w:p>
      <w:r>
        <w:t>Riley's equivalent went to Meadowbank on 2 Sept.</w:t>
      </w:r>
    </w:p>
    <w:p/>
    <w:p>
      <w:r>
        <w:t>____________________________________________________________</w:t>
      </w:r>
    </w:p>
    <w:p/>
    <w:p>
      <w:r>
        <w:t>To: [Bramhall High School office address]</w:t>
      </w:r>
    </w:p>
    <w:p>
      <w:r>
        <w:t>Subject: Request for a short letter confirming attendance — Ariya and Kira [SURNAME]</w:t>
      </w:r>
    </w:p>
    <w:p/>
    <w:p>
      <w:r>
        <w:t>Dear School Office,</w:t>
      </w:r>
    </w:p>
    <w:p/>
    <w:p>
      <w:r>
        <w:t>I am putting together some paperwork and would be grateful for a short letter confirming a</w:t>
      </w:r>
    </w:p>
    <w:p>
      <w:r>
        <w:t>few factual details about my two daughters, who both attend Bramhall High School:</w:t>
      </w:r>
    </w:p>
    <w:p/>
    <w:p>
      <w:r>
        <w:t>- Ariya [SURNAME], date of birth [DOB], Year [X]</w:t>
      </w:r>
    </w:p>
    <w:p>
      <w:r>
        <w:t>- Kira [SURNAME], date of birth [DOB], Year [X]</w:t>
      </w:r>
    </w:p>
    <w:p/>
    <w:p>
      <w:r>
        <w:t>One letter covering both girls is fine. If possible, could it be on headed paper, dated and</w:t>
      </w:r>
    </w:p>
    <w:p>
      <w:r>
        <w:t>signed with the writer's role, and confirm:</w:t>
      </w:r>
    </w:p>
    <w:p/>
    <w:p>
      <w:r>
        <w:t>- the date each girl started at the school</w:t>
      </w:r>
    </w:p>
    <w:p>
      <w:r>
        <w:t>- her current year group</w:t>
      </w:r>
    </w:p>
    <w:p>
      <w:r>
        <w:t>- that I, [YOUR FULL NAME], am recorded as her parent and as a contact on your system, and</w:t>
      </w:r>
    </w:p>
    <w:p>
      <w:r>
        <w:t>that the school communicates with me as the day-to-day contact</w:t>
      </w:r>
    </w:p>
    <w:p>
      <w:r>
        <w:t>- the home address the school holds on file for the girls</w:t>
      </w:r>
    </w:p>
    <w:p/>
    <w:p>
      <w:r>
        <w:t>Please only confirm what your records show. I am happy to collect it or receive it by email.</w:t>
      </w:r>
    </w:p>
    <w:p>
      <w:r>
        <w:t>I would be grateful to have it by Friday 12 September if that is possible.</w:t>
      </w:r>
    </w:p>
    <w:p/>
    <w:p>
      <w:r>
        <w:t>Thank you very much,</w:t>
      </w:r>
    </w:p>
    <w:p>
      <w:r>
        <w:t>[YOUR FULL NAME]</w:t>
      </w:r>
    </w:p>
    <w:p>
      <w:r>
        <w:t>[PHONE]</w:t>
      </w:r>
    </w:p>
    <w:p/>
    <w:p>
      <w:r>
        <w:t>____________________________________________________________</w:t>
      </w:r>
    </w:p>
    <w:p/>
    <w:p>
      <w:pPr>
        <w:pStyle w:val="Heading2"/>
      </w:pPr>
      <w:r>
        <w:t>Why it is worded that way</w:t>
      </w:r>
    </w:p>
    <w:p/>
    <w:p>
      <w:r>
        <w:t>⚠⚠ Do NOT add attendance figures. Considered and rejected 02-09. You cannot see the number</w:t>
      </w:r>
    </w:p>
    <w:p>
      <w:r>
        <w:t>before you ask for it, the girls only started 13 Apr 2026, and any term-time absence would put</w:t>
      </w:r>
    </w:p>
    <w:p>
      <w:r>
        <w:t>an unauthorised-absence line into your own bundle for no gain. Start date, contact status and</w:t>
      </w:r>
    </w:p>
    <w:p>
      <w:r>
        <w:t>address are the only facts these letters need to carry.</w:t>
      </w:r>
    </w:p>
    <w:p/>
    <w:p>
      <w:r>
        <w:t>The address line is the one people leave out and it is the most valuable. You have no</w:t>
      </w:r>
    </w:p>
    <w:p>
      <w:r>
        <w:t>utility bill or tenancy in your own name, so a school naming you as the parent contact at</w:t>
      </w:r>
    </w:p>
    <w:p>
      <w:r>
        <w:t>that address is the strongest third-party address evidence you have. It makes one letter do</w:t>
      </w:r>
    </w:p>
    <w:p>
      <w:r>
        <w:t>three jobs.</w:t>
      </w:r>
    </w:p>
    <w:p/>
    <w:p>
      <w:r>
        <w:t>No advocacy. Do not ask the school to comment on the application or say you should be</w:t>
      </w:r>
    </w:p>
    <w:p>
      <w:r>
        <w:t>allowed to stay. A letter that argues your case reads as dictated by you and weakens the bundle.</w:t>
      </w:r>
    </w:p>
    <w:p>
      <w:r>
        <w:t>Schools are witnesses to what they have observed.</w:t>
      </w:r>
    </w:p>
    <w:p/>
    <w:p>
      <w:pPr>
        <w:pStyle w:val="Heading2"/>
      </w:pPr>
      <w:r>
        <w:t>Timing — this must NOT hold up filing</w:t>
      </w:r>
    </w:p>
    <w:p/>
    <w:p>
      <w:r>
        <w:t>Club and school letters are supporting evidence, not the case. The case is s.117B(6): three</w:t>
      </w:r>
    </w:p>
    <w:p>
      <w:r>
        <w:t>British children, a genuine parental relationship, and that it is not reasonable to expect them</w:t>
      </w:r>
    </w:p>
    <w:p>
      <w:r>
        <w:t>to leave. That test is carried by the passports and the birth certificates, both of which you</w:t>
      </w:r>
    </w:p>
    <w:p>
      <w:r>
        <w:t>have or will have by 4 Sept.</w:t>
      </w:r>
    </w:p>
    <w:p/>
    <w:p>
      <w:r>
        <w:t>- Send: today, 3 Sept (first week back, offices are busiest — the earlier the better)</w:t>
      </w:r>
    </w:p>
    <w:p>
      <w:r>
        <w:t>- Chase: Tue 9 Sept</w:t>
      </w:r>
    </w:p>
    <w:p>
      <w:r>
        <w:t>- Hard stop: Fri 12 Sept. Not arrived by then, file without it.</w:t>
      </w:r>
    </w:p>
    <w:p/>
    <w:p>
      <w:r>
        <w:t>If the school will not write one, ask a two-line question instead: "Could you confirm that</w:t>
      </w:r>
    </w:p>
    <w:p>
      <w:r>
        <w:t>Ariya and Kira started on [date] and that I am listed as their parent contact at [address]?"</w:t>
      </w:r>
    </w:p>
    <w:p>
      <w:r>
        <w:t>A reply from the school's own official address is documentary evidence. Print the whole thread</w:t>
      </w:r>
    </w:p>
    <w:p>
      <w:r>
        <w:t>including headers.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